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98080" cy="1063498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34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08" w:h="16747"/>
          <w:pgMar w:top="0" w:right="0" w:bottom="0" w:left="0" w:header="720" w:footer="720" w:gutter="0"/>
          <w:cols w:space="720" w:num="1" w:equalWidth="0"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98080" cy="10629900"/>
            <wp:docPr id="2" name="Picture 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29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08" w:h="16740"/>
          <w:pgMar w:top="0" w:right="0" w:bottom="0" w:left="0" w:header="720" w:footer="720" w:gutter="0"/>
          <w:cols w:space="720" w:num="1" w:equalWidth="0"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43800" cy="10634980"/>
            <wp:docPr id="3" name="Picture 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34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80" w:h="16747"/>
          <w:pgMar w:top="0" w:right="0" w:bottom="0" w:left="0" w:header="720" w:footer="720" w:gutter="0"/>
          <w:cols w:space="720" w:num="1" w:equalWidth="0"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38720" cy="10643870"/>
            <wp:docPr id="4" name="Picture 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538720" cy="106438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73" w:h="16762"/>
          <w:pgMar w:top="0" w:right="0" w:bottom="0" w:left="0" w:header="720" w:footer="720" w:gutter="0"/>
          <w:cols w:space="720" w:num="1" w:equalWidth="0"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06970" cy="10634980"/>
            <wp:docPr id="5" name="Picture 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4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22" w:h="16747"/>
          <w:pgMar w:top="0" w:right="0" w:bottom="0" w:left="0" w:header="720" w:footer="720" w:gutter="0"/>
          <w:cols w:space="720" w:num="1" w:equalWidth="0"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06970" cy="10629900"/>
            <wp:docPr id="6" name="Picture 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29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22" w:h="16740"/>
          <w:pgMar w:top="0" w:right="0" w:bottom="0" w:left="0" w:header="720" w:footer="720" w:gutter="0"/>
          <w:cols w:space="720" w:num="1" w:equalWidth="0"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98080" cy="10612120"/>
            <wp:docPr id="7" name="Picture 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121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08" w:h="16711"/>
          <w:pgMar w:top="0" w:right="0" w:bottom="0" w:left="0" w:header="720" w:footer="720" w:gutter="0"/>
          <w:cols w:space="720" w:num="1" w:equalWidth="0"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26020" cy="10607040"/>
            <wp:docPr id="8" name="Picture 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26020" cy="106070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51" w:h="16704"/>
          <w:pgMar w:top="0" w:right="0" w:bottom="0" w:left="0" w:header="720" w:footer="720" w:gutter="0"/>
          <w:cols w:space="720" w:num="1" w:equalWidth="0"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84109" cy="10601960"/>
            <wp:docPr id="9" name="Picture 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7484109" cy="10601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786" w:h="16697"/>
          <w:pgMar w:top="0" w:right="0" w:bottom="0" w:left="0" w:header="720" w:footer="720" w:gutter="0"/>
          <w:cols w:space="720" w:num="1" w:equalWidth="0"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89190" cy="10607040"/>
            <wp:docPr id="10" name="Picture 1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7489190" cy="1060704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794" w:h="16704"/>
          <w:pgMar w:top="0" w:right="0" w:bottom="0" w:left="0" w:header="720" w:footer="720" w:gutter="0"/>
          <w:cols w:space="720" w:num="1" w:equalWidth="0"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06970" cy="10638790"/>
            <wp:docPr id="11" name="Picture 1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879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22" w:h="16754"/>
          <w:pgMar w:top="0" w:right="0" w:bottom="0" w:left="0" w:header="720" w:footer="720" w:gutter="0"/>
          <w:cols w:space="720" w:num="1" w:equalWidth="0"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06970" cy="10624820"/>
            <wp:docPr id="12" name="Picture 1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24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22" w:h="16733"/>
          <w:pgMar w:top="0" w:right="0" w:bottom="0" w:left="0" w:header="720" w:footer="720" w:gutter="0"/>
          <w:cols w:space="720" w:num="1" w:equalWidth="0"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98080" cy="10629900"/>
            <wp:docPr id="13" name="Picture 1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29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08" w:h="16740"/>
          <w:pgMar w:top="0" w:right="0" w:bottom="0" w:left="0" w:header="720" w:footer="720" w:gutter="0"/>
          <w:cols w:space="720" w:num="1" w:equalWidth="0"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38390" cy="10643870"/>
            <wp:docPr id="14" name="Picture 1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438390" cy="106438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714" w:h="16762"/>
          <w:pgMar w:top="0" w:right="0" w:bottom="0" w:left="0" w:header="720" w:footer="720" w:gutter="0"/>
          <w:cols w:space="720" w:num="1" w:equalWidth="0"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20940" cy="10621010"/>
            <wp:docPr id="15" name="Picture 15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210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44" w:h="16726"/>
          <w:pgMar w:top="0" w:right="0" w:bottom="0" w:left="0" w:header="720" w:footer="720" w:gutter="0"/>
          <w:cols w:space="720" w:num="1" w:equalWidth="0">
            <w:col w:w="11844" w:space="0"/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03159" cy="10624820"/>
            <wp:docPr id="16" name="Picture 16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7503159" cy="106248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15" w:h="16733"/>
          <w:pgMar w:top="0" w:right="0" w:bottom="0" w:left="0" w:header="720" w:footer="720" w:gutter="0"/>
          <w:cols w:space="720" w:num="1" w:equalWidth="0">
            <w:col w:w="11816" w:space="0"/>
            <w:col w:w="11844" w:space="0"/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15859" cy="10621010"/>
            <wp:docPr id="17" name="Picture 17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15859" cy="106210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37" w:h="16726"/>
          <w:pgMar w:top="0" w:right="0" w:bottom="0" w:left="0" w:header="720" w:footer="720" w:gutter="0"/>
          <w:cols w:space="720" w:num="1" w:equalWidth="0">
            <w:col w:w="11836" w:space="0"/>
            <w:col w:w="11816" w:space="0"/>
            <w:col w:w="11844" w:space="0"/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06970" cy="10634980"/>
            <wp:docPr id="18" name="Picture 18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498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22" w:h="16747"/>
          <w:pgMar w:top="0" w:right="0" w:bottom="0" w:left="0" w:header="720" w:footer="720" w:gutter="0"/>
          <w:cols w:space="720" w:num="1" w:equalWidth="0">
            <w:col w:w="11822" w:space="0"/>
            <w:col w:w="11836" w:space="0"/>
            <w:col w:w="11816" w:space="0"/>
            <w:col w:w="11844" w:space="0"/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66330" cy="10601960"/>
            <wp:docPr id="19" name="Picture 19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7466330" cy="1060196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758" w:h="16697"/>
          <w:pgMar w:top="0" w:right="0" w:bottom="0" w:left="0" w:header="720" w:footer="720" w:gutter="0"/>
          <w:cols w:space="720" w:num="1" w:equalWidth="0">
            <w:col w:w="11758" w:space="0"/>
            <w:col w:w="11822" w:space="0"/>
            <w:col w:w="11836" w:space="0"/>
            <w:col w:w="11816" w:space="0"/>
            <w:col w:w="11844" w:space="0"/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84109" cy="10621010"/>
            <wp:docPr id="20" name="Picture 20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484109" cy="1062101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786" w:h="16726"/>
          <w:pgMar w:top="0" w:right="0" w:bottom="0" w:left="0" w:header="720" w:footer="720" w:gutter="0"/>
          <w:cols w:space="720" w:num="1" w:equalWidth="0">
            <w:col w:w="11786" w:space="0"/>
            <w:col w:w="11758" w:space="0"/>
            <w:col w:w="11822" w:space="0"/>
            <w:col w:w="11836" w:space="0"/>
            <w:col w:w="11816" w:space="0"/>
            <w:col w:w="11844" w:space="0"/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20940" cy="10612120"/>
            <wp:docPr id="21" name="Picture 2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1212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44" w:h="16711"/>
          <w:pgMar w:top="0" w:right="0" w:bottom="0" w:left="0" w:header="720" w:footer="720" w:gutter="0"/>
          <w:cols w:space="720" w:num="1" w:equalWidth="0">
            <w:col w:w="11844" w:space="0"/>
            <w:col w:w="11786" w:space="0"/>
            <w:col w:w="11758" w:space="0"/>
            <w:col w:w="11822" w:space="0"/>
            <w:col w:w="11836" w:space="0"/>
            <w:col w:w="11816" w:space="0"/>
            <w:col w:w="11844" w:space="0"/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512050" cy="10629900"/>
            <wp:docPr id="22" name="Picture 22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7512050" cy="10629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830" w:h="16740"/>
          <w:pgMar w:top="0" w:right="0" w:bottom="0" w:left="0" w:header="720" w:footer="720" w:gutter="0"/>
          <w:cols w:space="720" w:num="1" w:equalWidth="0">
            <w:col w:w="11830" w:space="0"/>
            <w:col w:w="11844" w:space="0"/>
            <w:col w:w="11786" w:space="0"/>
            <w:col w:w="11758" w:space="0"/>
            <w:col w:w="11822" w:space="0"/>
            <w:col w:w="11836" w:space="0"/>
            <w:col w:w="11816" w:space="0"/>
            <w:col w:w="11844" w:space="0"/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52359" cy="10629900"/>
            <wp:docPr id="23" name="Picture 23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299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ectPr>
          <w:pgSz w:w="11736" w:h="16740"/>
          <w:pgMar w:top="0" w:right="0" w:bottom="0" w:left="0" w:header="720" w:footer="720" w:gutter="0"/>
          <w:cols w:space="720" w:num="1" w:equalWidth="0">
            <w:col w:w="11736" w:space="0"/>
            <w:col w:w="11830" w:space="0"/>
            <w:col w:w="11844" w:space="0"/>
            <w:col w:w="11786" w:space="0"/>
            <w:col w:w="11758" w:space="0"/>
            <w:col w:w="11822" w:space="0"/>
            <w:col w:w="11836" w:space="0"/>
            <w:col w:w="11816" w:space="0"/>
            <w:col w:w="11844" w:space="0"/>
            <w:col w:w="11714" w:space="0"/>
            <w:col w:w="11808" w:space="0"/>
            <w:col w:w="11822" w:space="0"/>
            <w:col w:w="11822" w:space="0"/>
            <w:col w:w="11794" w:space="0"/>
            <w:col w:w="11786" w:space="0"/>
            <w:col w:w="11852" w:space="0"/>
            <w:col w:w="11808" w:space="0"/>
            <w:col w:w="11822" w:space="0"/>
            <w:col w:w="11822" w:space="0"/>
            <w:col w:w="11872" w:space="0"/>
            <w:col w:w="11880" w:space="0"/>
            <w:col w:w="11808" w:space="0"/>
            <w:col w:w="11808" w:space="0"/>
          </w:cols>
          <w:docGrid w:linePitch="360"/>
        </w:sectPr>
      </w:pPr>
    </w:p>
    <w:p>
      <w:pPr>
        <w:autoSpaceDN w:val="0"/>
        <w:autoSpaceDE w:val="0"/>
        <w:widowControl/>
        <w:spacing w:line="240" w:lineRule="auto" w:before="0" w:after="0"/>
        <w:ind w:left="0" w:right="0" w:firstLine="0"/>
        <w:jc w:val="center"/>
      </w:pPr>
      <w:r>
        <w:drawing>
          <wp:inline xmlns:a="http://schemas.openxmlformats.org/drawingml/2006/main" xmlns:pic="http://schemas.openxmlformats.org/drawingml/2006/picture">
            <wp:extent cx="7452359" cy="10647680"/>
            <wp:docPr id="24" name="Picture 24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png"/>
                    <pic:cNvPicPr/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7452359" cy="1064768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736" w:h="16769"/>
      <w:pgMar w:top="0" w:right="0" w:bottom="0" w:left="0" w:header="720" w:footer="720" w:gutter="0"/>
      <w:cols w:space="720" w:num="1" w:equalWidth="0">
        <w:col w:w="11736" w:space="0"/>
        <w:col w:w="11736" w:space="0"/>
        <w:col w:w="11830" w:space="0"/>
        <w:col w:w="11844" w:space="0"/>
        <w:col w:w="11786" w:space="0"/>
        <w:col w:w="11758" w:space="0"/>
        <w:col w:w="11822" w:space="0"/>
        <w:col w:w="11836" w:space="0"/>
        <w:col w:w="11816" w:space="0"/>
        <w:col w:w="11844" w:space="0"/>
        <w:col w:w="11714" w:space="0"/>
        <w:col w:w="11808" w:space="0"/>
        <w:col w:w="11822" w:space="0"/>
        <w:col w:w="11822" w:space="0"/>
        <w:col w:w="11794" w:space="0"/>
        <w:col w:w="11786" w:space="0"/>
        <w:col w:w="11852" w:space="0"/>
        <w:col w:w="11808" w:space="0"/>
        <w:col w:w="11822" w:space="0"/>
        <w:col w:w="11822" w:space="0"/>
        <w:col w:w="11872" w:space="0"/>
        <w:col w:w="11880" w:space="0"/>
        <w:col w:w="11808" w:space="0"/>
        <w:col w:w="11808" w:space="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png"/><Relationship Id="rId10" Type="http://schemas.openxmlformats.org/officeDocument/2006/relationships/image" Target="media/image2.png"/><Relationship Id="rId11" Type="http://schemas.openxmlformats.org/officeDocument/2006/relationships/image" Target="media/image3.png"/><Relationship Id="rId12" Type="http://schemas.openxmlformats.org/officeDocument/2006/relationships/image" Target="media/image4.png"/><Relationship Id="rId13" Type="http://schemas.openxmlformats.org/officeDocument/2006/relationships/image" Target="media/image5.png"/><Relationship Id="rId14" Type="http://schemas.openxmlformats.org/officeDocument/2006/relationships/image" Target="media/image6.png"/><Relationship Id="rId15" Type="http://schemas.openxmlformats.org/officeDocument/2006/relationships/image" Target="media/image7.png"/><Relationship Id="rId16" Type="http://schemas.openxmlformats.org/officeDocument/2006/relationships/image" Target="media/image8.png"/><Relationship Id="rId17" Type="http://schemas.openxmlformats.org/officeDocument/2006/relationships/image" Target="media/image9.png"/><Relationship Id="rId18" Type="http://schemas.openxmlformats.org/officeDocument/2006/relationships/image" Target="media/image10.png"/><Relationship Id="rId19" Type="http://schemas.openxmlformats.org/officeDocument/2006/relationships/image" Target="media/image11.png"/><Relationship Id="rId20" Type="http://schemas.openxmlformats.org/officeDocument/2006/relationships/image" Target="media/image12.png"/><Relationship Id="rId21" Type="http://schemas.openxmlformats.org/officeDocument/2006/relationships/image" Target="media/image13.png"/><Relationship Id="rId22" Type="http://schemas.openxmlformats.org/officeDocument/2006/relationships/image" Target="media/image14.png"/><Relationship Id="rId23" Type="http://schemas.openxmlformats.org/officeDocument/2006/relationships/image" Target="media/image15.png"/><Relationship Id="rId24" Type="http://schemas.openxmlformats.org/officeDocument/2006/relationships/image" Target="media/image16.png"/><Relationship Id="rId25" Type="http://schemas.openxmlformats.org/officeDocument/2006/relationships/image" Target="media/image17.png"/><Relationship Id="rId26" Type="http://schemas.openxmlformats.org/officeDocument/2006/relationships/image" Target="media/image18.png"/><Relationship Id="rId27" Type="http://schemas.openxmlformats.org/officeDocument/2006/relationships/image" Target="media/image19.png"/><Relationship Id="rId28" Type="http://schemas.openxmlformats.org/officeDocument/2006/relationships/image" Target="media/image20.png"/><Relationship Id="rId29" Type="http://schemas.openxmlformats.org/officeDocument/2006/relationships/image" Target="media/image21.png"/><Relationship Id="rId30" Type="http://schemas.openxmlformats.org/officeDocument/2006/relationships/image" Target="media/image22.png"/><Relationship Id="rId31" Type="http://schemas.openxmlformats.org/officeDocument/2006/relationships/image" Target="media/image23.png"/><Relationship Id="rId32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